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الزبدة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سيف حلو رسن/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9789923200810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