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التنظير ومجالات التوظيف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الخالدي وفاء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9789923231654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قواعد اللغة،اللسانيات الوصفية،الشواهد النحوية،النحويون،اللغة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410/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