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بانوراما الأبحاث المعاصرة في الزجل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محمد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9789776988101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