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الذكية وتعلم الماكنة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طارق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9789933917883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الذكاء الإصطناعي،الحواسيب،لغات البرمجة،الأسلوب العلمي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النظم ( 003 )/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