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العامة : بنية المادة الجزء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بوزيان/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الكيمياء العامة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كيمياء (540 )/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