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إلى ميكانيك الكم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 بوزيان/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9789961022986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ميكانيك الكم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فيزياء (530)/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