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المكتبة المدرسية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رفعت عزوز/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طيبة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9774311328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المكتبة المدرسية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مكتبات (020)/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