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النقدي والبنكي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9789961016169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الإقتصاد النقدي والبنكي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