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متعددة الجنسيات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سعدون محمد العزاوي/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الإبتكار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الشركات العامة متعددة الجنسيات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إدارة ( 658)/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