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للحق وتطبيقاتها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بوضياف/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9789947878392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