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عقد الإيجار في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شعوة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9789947878316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