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SDN-based Solutions for Improving Network Performance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Boudi Raid/ Mounira BOUZAHZAH(President),Nardjes BOUCHEMAL(Superviso),Mohammed LALOU(Co-supervisor),Chirihane GHERBI(Examiner),Madjed BENCHEIKH LEHOCINE(Examiner),Aissa BOULMERKA(Examiner)/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university of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DN00401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