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 de transport-diffusion par approximation à schéma explicite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Chettouh Ahlem/ Abdelouahab Mohammed-Salah(Président),Fujita Yashima Hisao(Directeur),Halim Yacine(Examinateur),Laouira Widad(Examinateur),Bezia Abdelhamid(Examinateur),Bellour Azzeddine(Invité)/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Abdelhafid Boussouf –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DN51011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