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ذكاء الا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صطفى يوسف ك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7071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 (330)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