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العصبية و اضطرابات اللغة دراسة في آليات الفهم و الانتاج كتاب "اللسانيات الأحيائية" لرشيدة كمال العلوي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كحيلة،فراح/ نادية زيد الخير(مشرفا)/ مسبوط ،رحمة/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