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النص الروائي في تعليم مادة التاريخ وتعلمها مرحلة التعليم الثانوي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شيهب، فريدة/ بوفاس عبد الحميد(مشرفا)/ عمارية، أسماء/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