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القواعد التطبيقية في اللغة العربية لنديم حسين دعكور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بوحلي، إلهام/ ميخاليف نسرين/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