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التصور الإدراكي للمعنى عند عبد القاهر الجرجاني من خلال كتابه دلائل الاعجاز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بتيرة، ليلى/ سراوي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