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افريقية في رواية الطانفا للصديق حاج احمد الزي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رش، شيماء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