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الهوياتي في الرواية الجزائرية رواية في ظلال قرطا لعثمان سعدي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حمدي، مفيدة/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