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شعرية العنوان في القصة الجزائرية القصيرة جدا نماذج مختارة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لوصيف،رحاب/ مرباح وسيلة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littérature algérienne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جامعة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800469911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