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دورالبنوك الرقميةفي تمويل المشاريع الخضراء –دراسة حالة بنك الاستثمار الأخضر البريطاني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مليكة بورويس/ بوفنش رقية (مشرفا)/ بن طاع الله شيماء/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