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Solving a class of multidimensional Volterra integral and integro-differential equations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SAIDANE Sara/ HALIM Yacine (Chairman), LAIB Hafida ( Supervisor), CHELLOUF Yassamine (supervisor) BELHANNACHE Farida ( Examiner), ROUIBAH Khaoula ( Examiner), BOUOUDEN Rabah ( Examiner), KAOUACHE Smail ( 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PDF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رسالة دكتوراه الطور الثالث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D.N51022</w:t>
            </w:r>
          </w:p>
        </w:tc>
      </w:tr>
    </w:tbl>
    <w:p>
      <w:pPr>
        <w:pStyle w:val="Heading3"/>
      </w:pPr>
      <w:r>
        <w:t>Résumé :</w:t>
      </w:r>
    </w:p>
    <w:p>
      <w:r>
        <w:t>This thesis studies a numerical approach for solving linear two-dimensional delay partialaVolterra integro-differential equations. A collocation method based on Taylor polynomials is developed to approximate the solution on a spatial domain defined piecewise. The proposed scheme computes the approximation coefficients iteratively without the need to solve large systems of algebraic equations. A theoretical analysis establishes the global convergence of the method under appropriate smoothness assumptions. Numerical examples are presented to demonstrate the efficiency and accuracy of the proposed method.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